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皱鳃鲨 文献研究摘要</w:t>
      </w:r>
    </w:p>
    <w:p>
      <w:pPr>
        <w:pStyle w:val="Subtitle"/>
      </w:pPr>
      <w:r>
        <w:t>Frilled shark Research summaries</w:t>
      </w:r>
    </w:p>
    <w:p>
      <w:pPr>
        <w:keepNext/>
      </w:pPr>
      <w:r>
        <w:t>本文件汇集与皱鳃鲨相关的1篇文献，涵盖Nature。每篇列出主要发现、结论、证据范围与可追溯引文，供演化展陈及后续阅读使用。</w:t>
      </w:r>
    </w:p>
    <w:p>
      <w:r>
        <w:t>This document brings together 1 publication relevant to Frilled shark, covering Nature.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多种鲨鱼的比较研究中包含皱鳃鲨 Chlamydoselachus anguineus 的专门分析。</w:t>
      </w:r>
    </w:p>
    <w:p>
      <w:r>
        <w:t>Contains a dedicated Chlamydoselachus anguineus analysis within a multi-species shark study.</w:t>
      </w:r>
    </w:p>
    <w:p>
      <w:pPr>
        <w:pStyle w:val="SourceMetadata"/>
        <w:keepNext/>
      </w:pPr>
      <w:r>
        <w:t>PNAS 与 Science 扩展检索尚未选出足够直接匹配的论文。此记录不等于证明不存在相关文献。</w:t>
      </w:r>
    </w:p>
    <w:p>
      <w:pPr>
        <w:pStyle w:val="SourceMetadata"/>
      </w:pPr>
      <w:r>
        <w:t>The PNAS and Science search did not identify a sufficiently direct additional selection. This is not proof that no relevant literature exists.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定量成像支持鲨鱼内骨骼矿化是一种适应性特征</w:t>
      </w:r>
    </w:p>
    <w:p>
      <w:pPr>
        <w:keepNext/>
      </w:pPr>
      <w:r>
        <w:t>Quantitative imaging supports that endoskeletal mineralization in sharks is an adaptive trait</w:t>
      </w:r>
    </w:p>
    <w:p>
      <w:pPr>
        <w:pStyle w:val="SourceMetadata"/>
      </w:pPr>
      <w:r>
        <w:t>Winkel EAB, Hansen K, Krøjer Westh C, Nielsen J, Rask Møller P, Lauridsen H. · 2026 · Communications biology</w:t>
      </w:r>
    </w:p>
    <w:p>
      <w:pPr>
        <w:pStyle w:val="SourceMetadata"/>
      </w:pPr>
      <w:hyperlink r:id="rId11">
        <w:r>
          <w:rPr>
            <w:color w:val="16516A"/>
          </w:rPr>
          <w:t>DOI 10.1038/s42003-026-11078-y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SourceMetadata"/>
        <w:keepNext/>
      </w:pPr>
      <w:r>
        <w:t>对应关系  多种鲨鱼的比较研究中包含皱鳃鲨 Chlamydoselachus anguineus 的专门分析。</w:t>
      </w:r>
    </w:p>
    <w:p>
      <w:pPr>
        <w:pStyle w:val="SourceMetadata"/>
      </w:pPr>
      <w:r>
        <w:t>Relevance  Contains a dedicated Chlamydoselachus anguineus analysis within a multi-species shark study.</w:t>
      </w:r>
    </w:p>
    <w:p>
      <w:pPr>
        <w:pStyle w:val="Heading3"/>
      </w:pPr>
      <w:r>
        <w:t>主要发现 Key findings</w:t>
      </w:r>
    </w:p>
    <w:p>
      <w:pPr>
        <w:keepNext/>
      </w:pPr>
      <w:r>
        <w:t>涵盖九目鲨鱼的定量CT显示，内骨骼矿化程度在物种间差异显著，与栖息深度等生态因素的关联强于亲缘关系。</w:t>
      </w:r>
    </w:p>
    <w:p>
      <w:r>
        <w:t>Quantitative CT across all nine shark orders shows substantial interspecific variation in skeletal mineralization, associated more strongly with ecology such as habitat depth than with phylogeny.</w:t>
      </w:r>
    </w:p>
    <w:p>
      <w:pPr>
        <w:pStyle w:val="Heading3"/>
      </w:pPr>
      <w:r>
        <w:t>结论 Conclusions</w:t>
      </w:r>
    </w:p>
    <w:p>
      <w:pPr>
        <w:keepNext/>
      </w:pPr>
      <w:r>
        <w:t>软骨骨骼的矿化并非固定的原始状态，而可能反映浮力与能量利用等适应。</w:t>
      </w:r>
    </w:p>
    <w:p>
      <w:r>
        <w:t>Cartilaginous skeletal mineralization is not a fixed primitive condition and may reflect buoyancy and energetic adaptations.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%28JOURNAL%3A%22Proc+Natl+Acad+Sci+U+S+A%22+OR+JOURNAL%3AScience+OR+JOURNAL%3A%22Sci+Adv%22%29+AND+%28Chlamydoselachus%29+sort_cited%3Ay&amp;format=json&amp;resultType=core&amp;pageSize=30" TargetMode="External"/><Relationship Id="rId11" Type="http://schemas.openxmlformats.org/officeDocument/2006/relationships/hyperlink" Target="https://doi.org/10.1038/s42003-026-11078-y" TargetMode="External"/><Relationship Id="rId12" Type="http://schemas.openxmlformats.org/officeDocument/2006/relationships/hyperlink" Target="https://www.nature.com/articles/s42003-026-11078-y" TargetMode="External"/><Relationship Id="rId13" Type="http://schemas.openxmlformats.org/officeDocument/2006/relationships/hyperlink" Target="s42003-026-11078-y.pdf" TargetMode="External"/><Relationship Id="rId14" Type="http://schemas.openxmlformats.org/officeDocument/2006/relationships/hyperlink" Target="Literature/NatureAbstracts/s42003-026-11078-y_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皱鳃鲨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