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旋齿鲨 文献研究摘要</w:t>
      </w:r>
    </w:p>
    <w:p>
      <w:pPr>
        <w:pStyle w:val="Subtitle"/>
      </w:pPr>
      <w:r>
        <w:t>Helicoprion Research summaries</w:t>
      </w:r>
    </w:p>
    <w:p>
      <w:pPr>
        <w:keepNext/>
      </w:pPr>
      <w:r>
        <w:t>本文件汇集与旋齿鲨相关的1篇文献，涵盖Nature。每篇列出主要发现、结论、证据范围与可追溯引文，供演化展陈及后续阅读使用。</w:t>
      </w:r>
    </w:p>
    <w:p>
      <w:r>
        <w:t>This document brings together 1 publication relevant to Helicoprion, covering Nature.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Nature 关于旋齿鲨颌部功能的研究亮点短文，并非其所介绍的完整研究论文。</w:t>
      </w:r>
    </w:p>
    <w:p>
      <w:r>
        <w:t>Nature research highlight on Helicoprion jaw function; not the underlying full research paper.</w:t>
      </w:r>
    </w:p>
    <w:p>
      <w:pPr>
        <w:pStyle w:val="SourceMetadata"/>
        <w:keepNext/>
      </w:pPr>
      <w:r>
        <w:t>PNAS 与 Science 扩展检索尚未选出足够直接匹配的论文。此记录不等于证明不存在相关文献。</w:t>
      </w:r>
    </w:p>
    <w:p>
      <w:pPr>
        <w:pStyle w:val="SourceMetadata"/>
      </w:pPr>
      <w:r>
        <w:t>The PNAS and Science search did not identify a sufficiently direct additional selection. This is not proof that no relevant literature exists.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一种鲨鱼如何使用其锯状颌部</w:t>
      </w:r>
    </w:p>
    <w:p>
      <w:pPr>
        <w:keepNext/>
      </w:pPr>
      <w:r>
        <w:t>How a shark used its saw-like jaw</w:t>
      </w:r>
    </w:p>
    <w:p>
      <w:pPr>
        <w:pStyle w:val="SourceMetadata"/>
      </w:pPr>
      <w:r>
        <w:t>Nature Research Highlights · 2014 · Nature</w:t>
      </w:r>
    </w:p>
    <w:p>
      <w:pPr>
        <w:pStyle w:val="SourceMetadata"/>
      </w:pPr>
      <w:hyperlink r:id="rId11">
        <w:r>
          <w:rPr>
            <w:color w:val="16516A"/>
          </w:rPr>
          <w:t>DOI 10.1038/513282c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</w:p>
    <w:p>
      <w:pPr>
        <w:pStyle w:val="SourceMetadata"/>
      </w:pPr>
      <w:r>
        <w:t>依据已查看的本地出版物正文片段概括。 Summary based on the inspected sections of the downloaded publication.</w:t>
      </w:r>
    </w:p>
    <w:p>
      <w:pPr>
        <w:pStyle w:val="SourceMetadata"/>
        <w:keepNext/>
      </w:pPr>
      <w:r>
        <w:t>对应关系  Nature 关于旋齿鲨颌部功能的研究亮点短文，并非其所介绍的完整研究论文。</w:t>
      </w:r>
    </w:p>
    <w:p>
      <w:pPr>
        <w:pStyle w:val="SourceMetadata"/>
      </w:pPr>
      <w:r>
        <w:t>Relevance  Nature research highlight on Helicoprion jaw function; not the underlying full research paper.</w:t>
      </w:r>
    </w:p>
    <w:p>
      <w:pPr>
        <w:pStyle w:val="Heading3"/>
      </w:pPr>
      <w:r>
        <w:t>主要发现 Key findings</w:t>
      </w:r>
    </w:p>
    <w:p>
      <w:pPr>
        <w:keepNext/>
      </w:pPr>
      <w:r>
        <w:t>该研究亮点介绍旋齿鲨颌部重建：前方较老牙齿用于钩住猎物，深部较强的新牙完成切割，低磨损支持软体猎物食性。</w:t>
      </w:r>
    </w:p>
    <w:p>
      <w:r>
        <w:t>This highlight reports a Helicoprion jaw reconstruction in which older anterior teeth snagged prey and stronger inner teeth completed processing; low tooth damage supports soft-bodied prey.</w:t>
      </w:r>
    </w:p>
    <w:p>
      <w:pPr>
        <w:pStyle w:val="Heading3"/>
      </w:pPr>
      <w:r>
        <w:t>结论 Conclusions</w:t>
      </w:r>
    </w:p>
    <w:p>
      <w:pPr>
        <w:keepNext/>
      </w:pPr>
      <w:r>
        <w:t>其齿旋并不必然用于切开硬壳，所述证据更支持头足类等软体猎物；本条为研究报道。</w:t>
      </w:r>
    </w:p>
    <w:p>
      <w:r>
        <w:t>A saw-like tooth whorl need not imply hard-shell feeding; the reported evidence favours soft-bodied prey, and this item is a research report rather than the underlying study.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%28JOURNAL%3A%22Proc+Natl+Acad+Sci+U+S+A%22+OR+JOURNAL%3AScience+OR+JOURNAL%3A%22Sci+Adv%22%29+AND+%28Helicoprion%29+sort_cited%3Ay&amp;format=json&amp;resultType=core&amp;pageSize=30" TargetMode="External"/><Relationship Id="rId11" Type="http://schemas.openxmlformats.org/officeDocument/2006/relationships/hyperlink" Target="https://doi.org/10.1038/513282c" TargetMode="External"/><Relationship Id="rId12" Type="http://schemas.openxmlformats.org/officeDocument/2006/relationships/hyperlink" Target="https://www.nature.com/articles/513282c" TargetMode="External"/><Relationship Id="rId13" Type="http://schemas.openxmlformats.org/officeDocument/2006/relationships/hyperlink" Target="513282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旋齿鲨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